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B8A28" w14:textId="77777777" w:rsidR="004A2F25" w:rsidRDefault="004A2F25" w:rsidP="004A2F25">
      <w:pPr>
        <w:keepNext/>
        <w:spacing w:after="40" w:line="240" w:lineRule="auto"/>
        <w:jc w:val="center"/>
        <w:rPr>
          <w:b/>
          <w:color w:val="000000"/>
        </w:rPr>
      </w:pPr>
      <w:r>
        <w:rPr>
          <w:b/>
          <w:color w:val="000000"/>
        </w:rPr>
        <w:t>DANH SÁCH</w:t>
      </w:r>
    </w:p>
    <w:p w14:paraId="345FE0F8" w14:textId="77777777" w:rsidR="004A2F25" w:rsidRDefault="004A2F25" w:rsidP="004A2F25">
      <w:pPr>
        <w:keepNext/>
        <w:spacing w:after="40" w:line="240" w:lineRule="auto"/>
        <w:jc w:val="center"/>
      </w:pPr>
      <w:r>
        <w:rPr>
          <w:b/>
          <w:color w:val="000000"/>
        </w:rPr>
        <w:t>CÁC ĐIỂM CUNG CẤP DỊCH VỤ TRÒ CHƠI ĐIỆN TỬ CÔNG CỘNG</w:t>
      </w:r>
    </w:p>
    <w:p w14:paraId="5D466C06" w14:textId="77777777" w:rsidR="004A2F25" w:rsidRDefault="004A2F25" w:rsidP="004A2F25">
      <w:pPr>
        <w:keepNext/>
        <w:spacing w:after="40" w:line="240" w:lineRule="auto"/>
        <w:jc w:val="center"/>
      </w:pPr>
      <w:r>
        <w:rPr>
          <w:b/>
          <w:color w:val="000000"/>
        </w:rPr>
        <w:t xml:space="preserve">TỪ THÁNG 7.2025 ĐẾN THÁNG 9.2026 </w:t>
      </w:r>
    </w:p>
    <w:p w14:paraId="71AB0B87" w14:textId="77777777" w:rsidR="004A2F25" w:rsidRPr="00C962AE" w:rsidRDefault="004A2F25" w:rsidP="004A2F25">
      <w:pPr>
        <w:keepNext/>
        <w:spacing w:before="40" w:after="80" w:line="240" w:lineRule="auto"/>
        <w:rPr>
          <w:rFonts w:cs="Times New Roman"/>
          <w:sz w:val="28"/>
          <w:szCs w:val="28"/>
        </w:rPr>
      </w:pPr>
      <w:r w:rsidRPr="00C962AE">
        <w:rPr>
          <w:rFonts w:cs="Times New Roman"/>
          <w:b/>
          <w:color w:val="000000"/>
          <w:sz w:val="28"/>
          <w:szCs w:val="28"/>
        </w:rPr>
        <w:t>I. Danh sách các điểm được cấp Giấy chứng nhận trong năm 2025</w:t>
      </w:r>
    </w:p>
    <w:tbl>
      <w:tblPr>
        <w:tblW w:w="14200" w:type="dxa"/>
        <w:tblLayout w:type="fixed"/>
        <w:tblLook w:val="04A0" w:firstRow="1" w:lastRow="0" w:firstColumn="1" w:lastColumn="0" w:noHBand="0" w:noVBand="1"/>
      </w:tblPr>
      <w:tblGrid>
        <w:gridCol w:w="667"/>
        <w:gridCol w:w="2127"/>
        <w:gridCol w:w="2268"/>
        <w:gridCol w:w="2838"/>
        <w:gridCol w:w="1500"/>
        <w:gridCol w:w="2250"/>
        <w:gridCol w:w="2550"/>
      </w:tblGrid>
      <w:tr w:rsidR="004A2F25" w:rsidRPr="00C962AE" w14:paraId="72B3DFA7" w14:textId="77777777" w:rsidTr="00D02CC5">
        <w:trPr>
          <w:cantSplit/>
          <w:tblHeader/>
        </w:trPr>
        <w:tc>
          <w:tcPr>
            <w:tcW w:w="66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E622B8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b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1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CEBD3F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b/>
                <w:color w:val="000000"/>
                <w:sz w:val="24"/>
                <w:szCs w:val="24"/>
              </w:rPr>
              <w:t>Tên điểm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3EC98B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b/>
                <w:color w:val="000000"/>
                <w:sz w:val="24"/>
                <w:szCs w:val="24"/>
              </w:rPr>
              <w:t>Chủ điểm</w:t>
            </w:r>
          </w:p>
        </w:tc>
        <w:tc>
          <w:tcPr>
            <w:tcW w:w="283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C6A10D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b/>
                <w:color w:val="000000"/>
                <w:sz w:val="24"/>
                <w:szCs w:val="24"/>
              </w:rPr>
              <w:t>Địa chỉ điểm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1D5B78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b/>
                <w:color w:val="000000"/>
                <w:sz w:val="24"/>
                <w:szCs w:val="24"/>
              </w:rPr>
              <w:t>Ngày cấp lần đầu</w:t>
            </w:r>
          </w:p>
        </w:tc>
        <w:tc>
          <w:tcPr>
            <w:tcW w:w="22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4AEC3A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b/>
                <w:color w:val="000000"/>
                <w:sz w:val="24"/>
                <w:szCs w:val="24"/>
              </w:rPr>
              <w:t>Thời hạn hiệu lực</w:t>
            </w:r>
          </w:p>
        </w:tc>
        <w:tc>
          <w:tcPr>
            <w:tcW w:w="25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553A8C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b/>
                <w:color w:val="000000"/>
                <w:sz w:val="24"/>
                <w:szCs w:val="24"/>
              </w:rPr>
              <w:t>Tình trạng</w:t>
            </w:r>
          </w:p>
        </w:tc>
      </w:tr>
      <w:tr w:rsidR="004A2F25" w:rsidRPr="00C962AE" w14:paraId="19F36551" w14:textId="77777777" w:rsidTr="00D02CC5">
        <w:trPr>
          <w:cantSplit/>
        </w:trPr>
        <w:tc>
          <w:tcPr>
            <w:tcW w:w="66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97FEDA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18F4B2" w14:textId="77777777" w:rsidR="004A2F25" w:rsidRPr="00C962AE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color w:val="000000"/>
                <w:sz w:val="24"/>
                <w:szCs w:val="24"/>
              </w:rPr>
              <w:t>HOÀNG DIỆU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70221C" w14:textId="77777777" w:rsidR="004A2F25" w:rsidRPr="00C962AE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color w:val="000000"/>
                <w:sz w:val="24"/>
                <w:szCs w:val="24"/>
              </w:rPr>
              <w:t>Hoàng Thị Diệu</w:t>
            </w:r>
          </w:p>
        </w:tc>
        <w:tc>
          <w:tcPr>
            <w:tcW w:w="283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D97705" w14:textId="77777777" w:rsidR="004A2F25" w:rsidRPr="00C962AE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color w:val="000000"/>
                <w:sz w:val="24"/>
                <w:szCs w:val="24"/>
              </w:rPr>
              <w:t>186 đường Lâm Quang Ky, phường Rạch Giá, tỉnh An Giang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B7D58E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10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/</w:t>
            </w:r>
            <w:r>
              <w:rPr>
                <w:rFonts w:cs="Times New Roman"/>
                <w:color w:val="000000"/>
                <w:sz w:val="24"/>
                <w:szCs w:val="24"/>
              </w:rPr>
              <w:t>10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/202</w:t>
            </w:r>
            <w:r>
              <w:rPr>
                <w:rFonts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888126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10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/</w:t>
            </w:r>
            <w:r>
              <w:rPr>
                <w:rFonts w:cs="Times New Roman"/>
                <w:color w:val="000000"/>
                <w:sz w:val="24"/>
                <w:szCs w:val="24"/>
              </w:rPr>
              <w:t>10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/202</w:t>
            </w:r>
            <w:r>
              <w:rPr>
                <w:rFonts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CF8378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Đang hoạt động</w:t>
            </w:r>
          </w:p>
        </w:tc>
      </w:tr>
      <w:tr w:rsidR="004A2F25" w:rsidRPr="00C962AE" w14:paraId="2B03C155" w14:textId="77777777" w:rsidTr="00D02CC5">
        <w:trPr>
          <w:cantSplit/>
        </w:trPr>
        <w:tc>
          <w:tcPr>
            <w:tcW w:w="66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829C49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B2576B" w14:textId="77777777" w:rsidR="004A2F25" w:rsidRPr="00C962AE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color w:val="000000"/>
                <w:sz w:val="24"/>
                <w:szCs w:val="24"/>
              </w:rPr>
              <w:t>UNICORN GAMING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D04E81" w14:textId="77777777" w:rsidR="004A2F25" w:rsidRPr="00C962AE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color w:val="000000"/>
                <w:sz w:val="24"/>
                <w:szCs w:val="24"/>
              </w:rPr>
              <w:t>Phạm Hoàng Tân</w:t>
            </w:r>
          </w:p>
        </w:tc>
        <w:tc>
          <w:tcPr>
            <w:tcW w:w="283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609243" w14:textId="77777777" w:rsidR="004A2F25" w:rsidRPr="00C962AE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color w:val="000000"/>
                <w:sz w:val="24"/>
                <w:szCs w:val="24"/>
              </w:rPr>
              <w:t>Lô E8-84+85 đường 3 Tháng 2, phường Rạch Giá, tỉnh An Giang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D807A8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10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/</w:t>
            </w:r>
            <w:r>
              <w:rPr>
                <w:rFonts w:cs="Times New Roman"/>
                <w:color w:val="000000"/>
                <w:sz w:val="24"/>
                <w:szCs w:val="24"/>
              </w:rPr>
              <w:t>10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/202</w:t>
            </w:r>
            <w:r>
              <w:rPr>
                <w:rFonts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AA807D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10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/</w:t>
            </w:r>
            <w:r>
              <w:rPr>
                <w:rFonts w:cs="Times New Roman"/>
                <w:color w:val="000000"/>
                <w:sz w:val="24"/>
                <w:szCs w:val="24"/>
              </w:rPr>
              <w:t>10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/202</w:t>
            </w:r>
            <w:r>
              <w:rPr>
                <w:rFonts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1007B0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Đang hoạt động</w:t>
            </w:r>
          </w:p>
        </w:tc>
      </w:tr>
      <w:tr w:rsidR="004A2F25" w:rsidRPr="00C962AE" w14:paraId="4AEF22E0" w14:textId="77777777" w:rsidTr="00D02CC5">
        <w:trPr>
          <w:cantSplit/>
        </w:trPr>
        <w:tc>
          <w:tcPr>
            <w:tcW w:w="66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1C9DEA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E2F126" w14:textId="77777777" w:rsidR="004A2F25" w:rsidRPr="00C962AE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color w:val="000000"/>
                <w:sz w:val="24"/>
                <w:szCs w:val="24"/>
              </w:rPr>
              <w:t>X-GAME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4A222A" w14:textId="77777777" w:rsidR="004A2F25" w:rsidRPr="00C962AE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color w:val="000000"/>
                <w:sz w:val="24"/>
                <w:szCs w:val="24"/>
              </w:rPr>
              <w:t>Hoàng Ngọc Hùng</w:t>
            </w:r>
          </w:p>
        </w:tc>
        <w:tc>
          <w:tcPr>
            <w:tcW w:w="283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0D5331" w14:textId="77777777" w:rsidR="004A2F25" w:rsidRPr="00C962AE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color w:val="000000"/>
                <w:sz w:val="24"/>
                <w:szCs w:val="24"/>
              </w:rPr>
              <w:t>Lô E10-17 đường 3 Tháng 2, phường Rạch Giá, tỉnh An Giang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3D3F8A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10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/</w:t>
            </w:r>
            <w:r>
              <w:rPr>
                <w:rFonts w:cs="Times New Roman"/>
                <w:color w:val="000000"/>
                <w:sz w:val="24"/>
                <w:szCs w:val="24"/>
              </w:rPr>
              <w:t>10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/202</w:t>
            </w:r>
            <w:r>
              <w:rPr>
                <w:rFonts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BB6894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10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/</w:t>
            </w:r>
            <w:r>
              <w:rPr>
                <w:rFonts w:cs="Times New Roman"/>
                <w:color w:val="000000"/>
                <w:sz w:val="24"/>
                <w:szCs w:val="24"/>
              </w:rPr>
              <w:t>10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/202</w:t>
            </w:r>
            <w:r>
              <w:rPr>
                <w:rFonts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A7A844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Đang hoạt động</w:t>
            </w:r>
          </w:p>
        </w:tc>
      </w:tr>
      <w:tr w:rsidR="004A2F25" w:rsidRPr="00C962AE" w14:paraId="4C7965EB" w14:textId="77777777" w:rsidTr="00D02CC5">
        <w:trPr>
          <w:cantSplit/>
        </w:trPr>
        <w:tc>
          <w:tcPr>
            <w:tcW w:w="66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19D3F9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E5E72D" w14:textId="77777777" w:rsidR="004A2F25" w:rsidRPr="00C962AE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color w:val="000000"/>
                <w:sz w:val="24"/>
                <w:szCs w:val="24"/>
              </w:rPr>
              <w:t>4K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E27C85" w14:textId="77777777" w:rsidR="004A2F25" w:rsidRPr="00C962AE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color w:val="000000"/>
                <w:sz w:val="24"/>
                <w:szCs w:val="24"/>
              </w:rPr>
              <w:t>Nguyễn Thành An</w:t>
            </w:r>
          </w:p>
        </w:tc>
        <w:tc>
          <w:tcPr>
            <w:tcW w:w="283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CFC59F" w14:textId="77777777" w:rsidR="004A2F25" w:rsidRPr="00C962AE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color w:val="000000"/>
                <w:sz w:val="24"/>
                <w:szCs w:val="24"/>
              </w:rPr>
              <w:t>54 đường Lâm Quang Ky, phường Rạch Giá, tỉnh An Giang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DD2D4A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4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/</w:t>
            </w:r>
            <w:r>
              <w:rPr>
                <w:rFonts w:cs="Times New Roman"/>
                <w:color w:val="000000"/>
                <w:sz w:val="24"/>
                <w:szCs w:val="24"/>
              </w:rPr>
              <w:t>11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/202</w:t>
            </w:r>
            <w:r>
              <w:rPr>
                <w:rFonts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1F697D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4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/</w:t>
            </w:r>
            <w:r>
              <w:rPr>
                <w:rFonts w:cs="Times New Roman"/>
                <w:color w:val="000000"/>
                <w:sz w:val="24"/>
                <w:szCs w:val="24"/>
              </w:rPr>
              <w:t>11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/202</w:t>
            </w:r>
            <w:r>
              <w:rPr>
                <w:rFonts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1ED90C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sz w:val="24"/>
                <w:szCs w:val="24"/>
              </w:rPr>
              <w:t>Đã ngưng hoạt động</w:t>
            </w:r>
          </w:p>
        </w:tc>
      </w:tr>
    </w:tbl>
    <w:p w14:paraId="6847C9ED" w14:textId="77777777" w:rsidR="004A2F25" w:rsidRPr="00C962AE" w:rsidRDefault="004A2F25" w:rsidP="004A2F25">
      <w:pPr>
        <w:keepNext/>
        <w:spacing w:before="160" w:after="80" w:line="240" w:lineRule="auto"/>
        <w:rPr>
          <w:rFonts w:cs="Times New Roman"/>
          <w:sz w:val="24"/>
          <w:szCs w:val="24"/>
        </w:rPr>
      </w:pPr>
      <w:r w:rsidRPr="00C962AE">
        <w:rPr>
          <w:rFonts w:cs="Times New Roman"/>
          <w:b/>
          <w:color w:val="000000"/>
          <w:sz w:val="24"/>
          <w:szCs w:val="24"/>
        </w:rPr>
        <w:t>II. Danh sách các điểm được cấp Giấy chứng nhận trong năm 2026</w:t>
      </w:r>
      <w:r>
        <w:rPr>
          <w:rFonts w:cs="Times New Roman"/>
          <w:b/>
          <w:color w:val="000000"/>
          <w:sz w:val="24"/>
          <w:szCs w:val="24"/>
        </w:rPr>
        <w:t xml:space="preserve"> (đến tháng 9 năm 2026)</w:t>
      </w:r>
    </w:p>
    <w:tbl>
      <w:tblPr>
        <w:tblW w:w="14200" w:type="dxa"/>
        <w:tblLayout w:type="fixed"/>
        <w:tblLook w:val="04A0" w:firstRow="1" w:lastRow="0" w:firstColumn="1" w:lastColumn="0" w:noHBand="0" w:noVBand="1"/>
      </w:tblPr>
      <w:tblGrid>
        <w:gridCol w:w="667"/>
        <w:gridCol w:w="2127"/>
        <w:gridCol w:w="2268"/>
        <w:gridCol w:w="2838"/>
        <w:gridCol w:w="1500"/>
        <w:gridCol w:w="2250"/>
        <w:gridCol w:w="2550"/>
      </w:tblGrid>
      <w:tr w:rsidR="004A2F25" w:rsidRPr="00C962AE" w14:paraId="5FB6FBAE" w14:textId="77777777" w:rsidTr="00D02CC5">
        <w:trPr>
          <w:cantSplit/>
          <w:tblHeader/>
        </w:trPr>
        <w:tc>
          <w:tcPr>
            <w:tcW w:w="66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1A75F8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b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1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2C8204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b/>
                <w:color w:val="000000"/>
                <w:sz w:val="24"/>
                <w:szCs w:val="24"/>
              </w:rPr>
              <w:t>Tên điểm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847B8A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b/>
                <w:color w:val="000000"/>
                <w:sz w:val="24"/>
                <w:szCs w:val="24"/>
              </w:rPr>
              <w:t>Chủ điểm</w:t>
            </w:r>
          </w:p>
        </w:tc>
        <w:tc>
          <w:tcPr>
            <w:tcW w:w="283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843DCB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b/>
                <w:color w:val="000000"/>
                <w:sz w:val="24"/>
                <w:szCs w:val="24"/>
              </w:rPr>
              <w:t>Địa chỉ điểm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436B5C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b/>
                <w:color w:val="000000"/>
                <w:sz w:val="24"/>
                <w:szCs w:val="24"/>
              </w:rPr>
              <w:t>Ngày cấp lần đầu</w:t>
            </w:r>
          </w:p>
        </w:tc>
        <w:tc>
          <w:tcPr>
            <w:tcW w:w="22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7AA7BA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b/>
                <w:color w:val="000000"/>
                <w:sz w:val="24"/>
                <w:szCs w:val="24"/>
              </w:rPr>
              <w:t>Thời hạn hiệu lực</w:t>
            </w:r>
          </w:p>
        </w:tc>
        <w:tc>
          <w:tcPr>
            <w:tcW w:w="25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81556D" w14:textId="77777777" w:rsidR="004A2F25" w:rsidRPr="00C962AE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b/>
                <w:color w:val="000000"/>
                <w:sz w:val="24"/>
                <w:szCs w:val="24"/>
              </w:rPr>
              <w:t>Tình trạng</w:t>
            </w:r>
          </w:p>
        </w:tc>
      </w:tr>
      <w:tr w:rsidR="004A2F25" w:rsidRPr="00C962AE" w14:paraId="070E9546" w14:textId="77777777" w:rsidTr="00D02CC5">
        <w:trPr>
          <w:cantSplit/>
        </w:trPr>
        <w:tc>
          <w:tcPr>
            <w:tcW w:w="66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E22E30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129119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sz w:val="24"/>
                <w:szCs w:val="24"/>
              </w:rPr>
              <w:t>KAIDO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55459E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sz w:val="24"/>
                <w:szCs w:val="24"/>
              </w:rPr>
              <w:t>Nguyễn Tài Lực</w:t>
            </w:r>
          </w:p>
        </w:tc>
        <w:tc>
          <w:tcPr>
            <w:tcW w:w="283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5CC0ED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sz w:val="24"/>
                <w:szCs w:val="24"/>
              </w:rPr>
              <w:t>L4-C5 Phan Thị Ràng, phường Rạch Giá, tỉnh An Giang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6207C2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13/1</w:t>
            </w:r>
            <w:r w:rsidRPr="00A575D6">
              <w:rPr>
                <w:sz w:val="24"/>
                <w:szCs w:val="24"/>
              </w:rPr>
              <w:t>/2026</w:t>
            </w:r>
          </w:p>
        </w:tc>
        <w:tc>
          <w:tcPr>
            <w:tcW w:w="22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D07823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13/1</w:t>
            </w:r>
            <w:r w:rsidRPr="00A575D6">
              <w:rPr>
                <w:sz w:val="24"/>
                <w:szCs w:val="24"/>
              </w:rPr>
              <w:t>/2029</w:t>
            </w:r>
          </w:p>
        </w:tc>
        <w:tc>
          <w:tcPr>
            <w:tcW w:w="25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9DCEAC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sz w:val="24"/>
                <w:szCs w:val="24"/>
              </w:rPr>
              <w:t>Đang hoạt động</w:t>
            </w:r>
          </w:p>
        </w:tc>
      </w:tr>
      <w:tr w:rsidR="004A2F25" w:rsidRPr="00C962AE" w14:paraId="4E23ED8F" w14:textId="77777777" w:rsidTr="00D02CC5">
        <w:trPr>
          <w:cantSplit/>
        </w:trPr>
        <w:tc>
          <w:tcPr>
            <w:tcW w:w="66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814A69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108FE2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sz w:val="24"/>
                <w:szCs w:val="24"/>
              </w:rPr>
              <w:t>AN KHƯƠNG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6CC6F8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sz w:val="24"/>
                <w:szCs w:val="24"/>
              </w:rPr>
              <w:t>Phạm Thị Nhả Phương</w:t>
            </w:r>
          </w:p>
        </w:tc>
        <w:tc>
          <w:tcPr>
            <w:tcW w:w="283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19C0DB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sz w:val="24"/>
                <w:szCs w:val="24"/>
              </w:rPr>
              <w:t>D7, 12-13 Trần Huy Liệu, phường Rạch Giá, tỉnh An Giang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086435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14/1</w:t>
            </w:r>
            <w:r w:rsidRPr="00A575D6">
              <w:rPr>
                <w:sz w:val="24"/>
                <w:szCs w:val="24"/>
              </w:rPr>
              <w:t>/2026</w:t>
            </w:r>
          </w:p>
        </w:tc>
        <w:tc>
          <w:tcPr>
            <w:tcW w:w="22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F91D25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14/1</w:t>
            </w:r>
            <w:r w:rsidRPr="00A575D6">
              <w:rPr>
                <w:sz w:val="24"/>
                <w:szCs w:val="24"/>
              </w:rPr>
              <w:t>/2029</w:t>
            </w:r>
          </w:p>
        </w:tc>
        <w:tc>
          <w:tcPr>
            <w:tcW w:w="25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DFF0C0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962AE">
              <w:rPr>
                <w:rFonts w:cs="Times New Roman"/>
                <w:sz w:val="24"/>
                <w:szCs w:val="24"/>
              </w:rPr>
              <w:t>Đã ngưng hoạt động</w:t>
            </w:r>
          </w:p>
        </w:tc>
      </w:tr>
      <w:tr w:rsidR="004A2F25" w:rsidRPr="00C962AE" w14:paraId="1A6D7672" w14:textId="77777777" w:rsidTr="00D02CC5">
        <w:trPr>
          <w:cantSplit/>
        </w:trPr>
        <w:tc>
          <w:tcPr>
            <w:tcW w:w="66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5D71DF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E65992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sz w:val="24"/>
                <w:szCs w:val="24"/>
                <w:bdr w:val="none" w:sz="0" w:space="0" w:color="auto" w:frame="1"/>
              </w:rPr>
              <w:t>BOXX STATION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06FC8D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bCs/>
                <w:sz w:val="24"/>
                <w:szCs w:val="24"/>
                <w:lang w:val="nl-NL"/>
              </w:rPr>
              <w:t>Nguyễn Thị Ngọc Anh</w:t>
            </w:r>
          </w:p>
        </w:tc>
        <w:tc>
          <w:tcPr>
            <w:tcW w:w="283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135DC7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sz w:val="24"/>
                <w:szCs w:val="24"/>
                <w:bdr w:val="none" w:sz="0" w:space="0" w:color="auto" w:frame="1"/>
              </w:rPr>
              <w:t>C10- 58 đường 3 tháng 2,</w:t>
            </w:r>
            <w:r w:rsidRPr="00A575D6">
              <w:rPr>
                <w:rFonts w:cs="Times New Roman"/>
                <w:sz w:val="24"/>
                <w:szCs w:val="24"/>
                <w:lang w:eastAsia="vi-VN"/>
              </w:rPr>
              <w:t xml:space="preserve"> P. Rạch Giá, Tỉnh An Giang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0169BF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13/1</w:t>
            </w:r>
            <w:r w:rsidRPr="00A575D6">
              <w:rPr>
                <w:sz w:val="24"/>
                <w:szCs w:val="24"/>
              </w:rPr>
              <w:t>/2026</w:t>
            </w:r>
          </w:p>
        </w:tc>
        <w:tc>
          <w:tcPr>
            <w:tcW w:w="22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427EAF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13/1</w:t>
            </w:r>
            <w:r w:rsidRPr="00A575D6">
              <w:rPr>
                <w:sz w:val="24"/>
                <w:szCs w:val="24"/>
              </w:rPr>
              <w:t>/2029</w:t>
            </w:r>
          </w:p>
        </w:tc>
        <w:tc>
          <w:tcPr>
            <w:tcW w:w="25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02BF31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sz w:val="24"/>
                <w:szCs w:val="24"/>
              </w:rPr>
              <w:t>Đang hoạt động</w:t>
            </w:r>
          </w:p>
        </w:tc>
      </w:tr>
      <w:tr w:rsidR="004A2F25" w:rsidRPr="00C962AE" w14:paraId="4BDF8C6D" w14:textId="77777777" w:rsidTr="00D02CC5">
        <w:trPr>
          <w:cantSplit/>
        </w:trPr>
        <w:tc>
          <w:tcPr>
            <w:tcW w:w="66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65BD5E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1EA3B3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sz w:val="24"/>
                <w:szCs w:val="24"/>
                <w:bdr w:val="none" w:sz="0" w:space="0" w:color="auto" w:frame="1"/>
              </w:rPr>
              <w:t>HT GAMING 2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7B013C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bCs/>
                <w:sz w:val="24"/>
                <w:szCs w:val="24"/>
                <w:lang w:val="nl-NL"/>
              </w:rPr>
              <w:t>Trần Ngọc Thanh</w:t>
            </w:r>
          </w:p>
        </w:tc>
        <w:tc>
          <w:tcPr>
            <w:tcW w:w="283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EB5AB4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sz w:val="24"/>
                <w:szCs w:val="24"/>
                <w:bdr w:val="none" w:sz="0" w:space="0" w:color="auto" w:frame="1"/>
              </w:rPr>
              <w:t>19 Nguyễn Bỉnh Khiêm,</w:t>
            </w:r>
            <w:r w:rsidRPr="00A575D6">
              <w:rPr>
                <w:rFonts w:cs="Times New Roman"/>
                <w:sz w:val="24"/>
                <w:szCs w:val="24"/>
                <w:lang w:eastAsia="vi-VN"/>
              </w:rPr>
              <w:t xml:space="preserve"> P. Rạch Giá, Tỉnh An Giang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036143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02/2</w:t>
            </w:r>
            <w:r w:rsidRPr="00A575D6">
              <w:rPr>
                <w:sz w:val="24"/>
                <w:szCs w:val="24"/>
              </w:rPr>
              <w:t>/2026</w:t>
            </w:r>
          </w:p>
        </w:tc>
        <w:tc>
          <w:tcPr>
            <w:tcW w:w="22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B7382E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02/2</w:t>
            </w:r>
            <w:r w:rsidRPr="00A575D6">
              <w:rPr>
                <w:sz w:val="24"/>
                <w:szCs w:val="24"/>
              </w:rPr>
              <w:t>/2029</w:t>
            </w:r>
          </w:p>
        </w:tc>
        <w:tc>
          <w:tcPr>
            <w:tcW w:w="25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F32BAE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sz w:val="24"/>
                <w:szCs w:val="24"/>
              </w:rPr>
              <w:t>Đang hoạt động</w:t>
            </w:r>
          </w:p>
        </w:tc>
      </w:tr>
      <w:tr w:rsidR="004A2F25" w:rsidRPr="00C962AE" w14:paraId="01224D98" w14:textId="77777777" w:rsidTr="00D02CC5">
        <w:trPr>
          <w:cantSplit/>
        </w:trPr>
        <w:tc>
          <w:tcPr>
            <w:tcW w:w="66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1AFFBF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D22D88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  <w:bdr w:val="none" w:sz="0" w:space="0" w:color="auto" w:frame="1"/>
              </w:rPr>
            </w:pPr>
            <w:r w:rsidRPr="00A575D6">
              <w:rPr>
                <w:sz w:val="24"/>
                <w:szCs w:val="24"/>
              </w:rPr>
              <w:t>UNICORN GAMING (địa điểm kinh doanh thứ 2)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29B0DF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bCs/>
                <w:sz w:val="24"/>
                <w:szCs w:val="24"/>
                <w:lang w:val="nl-NL"/>
              </w:rPr>
            </w:pPr>
            <w:r w:rsidRPr="00A575D6">
              <w:rPr>
                <w:sz w:val="24"/>
                <w:szCs w:val="24"/>
              </w:rPr>
              <w:t>Phạm Hoàng Tân</w:t>
            </w:r>
          </w:p>
        </w:tc>
        <w:tc>
          <w:tcPr>
            <w:tcW w:w="283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731527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  <w:bdr w:val="none" w:sz="0" w:space="0" w:color="auto" w:frame="1"/>
              </w:rPr>
            </w:pPr>
            <w:r w:rsidRPr="00A575D6">
              <w:rPr>
                <w:sz w:val="24"/>
                <w:szCs w:val="24"/>
              </w:rPr>
              <w:t>Lô 4, 12-13 đường Phan Thị Ràng, phường Rạch Giá, tỉnh An Giang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FF7793" w14:textId="77777777" w:rsidR="004A2F25" w:rsidRDefault="004A2F25" w:rsidP="00D02C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14/</w:t>
            </w:r>
            <w:r w:rsidRPr="00A575D6">
              <w:rPr>
                <w:sz w:val="24"/>
                <w:szCs w:val="24"/>
              </w:rPr>
              <w:t>5/2026</w:t>
            </w:r>
          </w:p>
        </w:tc>
        <w:tc>
          <w:tcPr>
            <w:tcW w:w="22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9B064A" w14:textId="77777777" w:rsidR="004A2F25" w:rsidRDefault="004A2F25" w:rsidP="00D02C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14/</w:t>
            </w:r>
            <w:r w:rsidRPr="00A575D6">
              <w:rPr>
                <w:sz w:val="24"/>
                <w:szCs w:val="24"/>
              </w:rPr>
              <w:t>5/2029</w:t>
            </w:r>
          </w:p>
        </w:tc>
        <w:tc>
          <w:tcPr>
            <w:tcW w:w="25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4D0E17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sz w:val="24"/>
                <w:szCs w:val="24"/>
              </w:rPr>
              <w:t>Đang hoạt động</w:t>
            </w:r>
          </w:p>
        </w:tc>
      </w:tr>
      <w:tr w:rsidR="004A2F25" w:rsidRPr="00C962AE" w14:paraId="19C32509" w14:textId="77777777" w:rsidTr="00D02CC5">
        <w:trPr>
          <w:cantSplit/>
        </w:trPr>
        <w:tc>
          <w:tcPr>
            <w:tcW w:w="66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076D67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FCD033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AK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CC1A51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Nguyễn Phước Hậu</w:t>
            </w:r>
          </w:p>
        </w:tc>
        <w:tc>
          <w:tcPr>
            <w:tcW w:w="283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1A793B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1010 Nguyễn Trung Trực, phường Rạch Giá, tỉnh An Giang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A9A42C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24/6/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22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0C20B9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24/6/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2029</w:t>
            </w:r>
          </w:p>
        </w:tc>
        <w:tc>
          <w:tcPr>
            <w:tcW w:w="25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50330C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sz w:val="24"/>
                <w:szCs w:val="24"/>
              </w:rPr>
              <w:t>Đang hoạt động</w:t>
            </w:r>
          </w:p>
        </w:tc>
      </w:tr>
      <w:tr w:rsidR="004A2F25" w:rsidRPr="00C962AE" w14:paraId="5ABB38E7" w14:textId="77777777" w:rsidTr="00D02CC5">
        <w:trPr>
          <w:cantSplit/>
        </w:trPr>
        <w:tc>
          <w:tcPr>
            <w:tcW w:w="66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707D4B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39AD5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Kobe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D7CF7F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Lâm Thanh Tuyền</w:t>
            </w:r>
          </w:p>
        </w:tc>
        <w:tc>
          <w:tcPr>
            <w:tcW w:w="283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400730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213 đường Lâm Quang Ky, phường Rạch Giá, tỉnh An Giang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60A449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17/6/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22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8B7B47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17/6/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2029</w:t>
            </w:r>
          </w:p>
        </w:tc>
        <w:tc>
          <w:tcPr>
            <w:tcW w:w="25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054F2E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sz w:val="24"/>
                <w:szCs w:val="24"/>
              </w:rPr>
              <w:t>Đang hoạt động</w:t>
            </w:r>
          </w:p>
        </w:tc>
      </w:tr>
      <w:tr w:rsidR="004A2F25" w:rsidRPr="00C962AE" w14:paraId="7EDB835F" w14:textId="77777777" w:rsidTr="00D02CC5">
        <w:trPr>
          <w:cantSplit/>
        </w:trPr>
        <w:tc>
          <w:tcPr>
            <w:tcW w:w="66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82E1AA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18183D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NET MẪN KHANG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66C211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Trương Thị Bích Phượng</w:t>
            </w:r>
          </w:p>
        </w:tc>
        <w:tc>
          <w:tcPr>
            <w:tcW w:w="283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2FBADA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78 Mậu Thân, phường Rạch Giá, tỉnh An Giang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200B46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26/6/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22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5D5140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26/6/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2029</w:t>
            </w:r>
          </w:p>
        </w:tc>
        <w:tc>
          <w:tcPr>
            <w:tcW w:w="25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02CF67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sz w:val="24"/>
                <w:szCs w:val="24"/>
              </w:rPr>
              <w:t>Đang hoạt động</w:t>
            </w:r>
          </w:p>
        </w:tc>
      </w:tr>
      <w:tr w:rsidR="004A2F25" w:rsidRPr="00C962AE" w14:paraId="1D6BA0E2" w14:textId="77777777" w:rsidTr="00D02CC5">
        <w:trPr>
          <w:cantSplit/>
        </w:trPr>
        <w:tc>
          <w:tcPr>
            <w:tcW w:w="66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4BD55D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452261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V GAME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44DC07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Chung Hữu Nghĩa</w:t>
            </w:r>
          </w:p>
        </w:tc>
        <w:tc>
          <w:tcPr>
            <w:tcW w:w="283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B9A487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1376 Nguyễn Trung Trực, phường Rạch Giá, tỉnh An Giang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E99A6C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26/6/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22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D5F0BC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26/6/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2029</w:t>
            </w:r>
          </w:p>
        </w:tc>
        <w:tc>
          <w:tcPr>
            <w:tcW w:w="25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812B6C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sz w:val="24"/>
                <w:szCs w:val="24"/>
              </w:rPr>
              <w:t>Đang hoạt động</w:t>
            </w:r>
          </w:p>
        </w:tc>
      </w:tr>
      <w:tr w:rsidR="004A2F25" w:rsidRPr="00C962AE" w14:paraId="5D5453C8" w14:textId="77777777" w:rsidTr="00D02CC5">
        <w:trPr>
          <w:cantSplit/>
        </w:trPr>
        <w:tc>
          <w:tcPr>
            <w:tcW w:w="66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07BEFD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1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36D54A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Z Game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A14882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Nguyễn Thị Cẩm Tú</w:t>
            </w:r>
          </w:p>
        </w:tc>
        <w:tc>
          <w:tcPr>
            <w:tcW w:w="283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6767C9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C7-47 Lê Vĩnh Hoà, phường Rạch Giá, tỉnh An Giang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056B94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17/6/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22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FCD346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17/6/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2029</w:t>
            </w:r>
          </w:p>
        </w:tc>
        <w:tc>
          <w:tcPr>
            <w:tcW w:w="25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41FB58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sz w:val="24"/>
                <w:szCs w:val="24"/>
              </w:rPr>
              <w:t>Đang hoạt động</w:t>
            </w:r>
          </w:p>
        </w:tc>
      </w:tr>
      <w:tr w:rsidR="004A2F25" w:rsidRPr="00C962AE" w14:paraId="7CE164A3" w14:textId="77777777" w:rsidTr="00D02CC5">
        <w:trPr>
          <w:cantSplit/>
        </w:trPr>
        <w:tc>
          <w:tcPr>
            <w:tcW w:w="66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1F0064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1</w:t>
            </w:r>
            <w:r>
              <w:rPr>
                <w:rFonts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5EC2E9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PATOM GAMING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684288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Nguyễn Thanh Tâm</w:t>
            </w:r>
          </w:p>
        </w:tc>
        <w:tc>
          <w:tcPr>
            <w:tcW w:w="283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CD25BB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43 Nguyễn Bỉnh Khiêm, phường Rạch Giá, tỉnh An Giang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2D7E55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24/6/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22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543F0D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24/6/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2029</w:t>
            </w:r>
          </w:p>
        </w:tc>
        <w:tc>
          <w:tcPr>
            <w:tcW w:w="25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0383BB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sz w:val="24"/>
                <w:szCs w:val="24"/>
              </w:rPr>
              <w:t>Đang hoạt động</w:t>
            </w:r>
          </w:p>
        </w:tc>
      </w:tr>
      <w:tr w:rsidR="004A2F25" w:rsidRPr="00C962AE" w14:paraId="40112F2F" w14:textId="77777777" w:rsidTr="00D02CC5">
        <w:trPr>
          <w:cantSplit/>
        </w:trPr>
        <w:tc>
          <w:tcPr>
            <w:tcW w:w="66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DEBAE5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1</w:t>
            </w:r>
            <w:r>
              <w:rPr>
                <w:rFonts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B4E2CC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K Net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6D6C78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rFonts w:cs="Times New Roman"/>
                <w:sz w:val="24"/>
                <w:szCs w:val="24"/>
              </w:rPr>
              <w:t>Mai Thị Kim Thoa</w:t>
            </w:r>
          </w:p>
        </w:tc>
        <w:tc>
          <w:tcPr>
            <w:tcW w:w="283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E738EB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rFonts w:cs="Times New Roman"/>
                <w:sz w:val="24"/>
                <w:szCs w:val="24"/>
              </w:rPr>
              <w:t>25 Nguyễn Bỉnh Khiêm, phường Rạch Giá, tỉnh An Giang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7F7CFF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29/7/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22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EAEC26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29/7/</w:t>
            </w:r>
            <w:r w:rsidRPr="00A575D6">
              <w:rPr>
                <w:rFonts w:cs="Times New Roman"/>
                <w:color w:val="000000"/>
                <w:sz w:val="24"/>
                <w:szCs w:val="24"/>
              </w:rPr>
              <w:t>2029</w:t>
            </w:r>
          </w:p>
        </w:tc>
        <w:tc>
          <w:tcPr>
            <w:tcW w:w="25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723969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sz w:val="24"/>
                <w:szCs w:val="24"/>
              </w:rPr>
              <w:t>Đang hoạt động</w:t>
            </w:r>
          </w:p>
        </w:tc>
      </w:tr>
      <w:tr w:rsidR="004A2F25" w:rsidRPr="00C962AE" w14:paraId="31E4334D" w14:textId="77777777" w:rsidTr="00D02CC5">
        <w:trPr>
          <w:cantSplit/>
        </w:trPr>
        <w:tc>
          <w:tcPr>
            <w:tcW w:w="66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4C0732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1</w:t>
            </w:r>
            <w:r>
              <w:rPr>
                <w:rFonts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BD034B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Phúc Đáo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345771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Nguyễn Thị Diệu Ân</w:t>
            </w:r>
          </w:p>
        </w:tc>
        <w:tc>
          <w:tcPr>
            <w:tcW w:w="283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0B8C5A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44 Phạm Ngọc Thạch, phường Rạch Giá, tỉnh An Giang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142DBD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28/8/2026</w:t>
            </w:r>
          </w:p>
        </w:tc>
        <w:tc>
          <w:tcPr>
            <w:tcW w:w="22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2B8BB8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28/8/2029</w:t>
            </w:r>
          </w:p>
        </w:tc>
        <w:tc>
          <w:tcPr>
            <w:tcW w:w="25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9BE671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sz w:val="24"/>
                <w:szCs w:val="24"/>
              </w:rPr>
              <w:t>Đang hoạt động</w:t>
            </w:r>
          </w:p>
        </w:tc>
      </w:tr>
      <w:tr w:rsidR="004A2F25" w:rsidRPr="00C962AE" w14:paraId="2EBDD744" w14:textId="77777777" w:rsidTr="00D02CC5">
        <w:trPr>
          <w:cantSplit/>
        </w:trPr>
        <w:tc>
          <w:tcPr>
            <w:tcW w:w="66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90D7EF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1</w:t>
            </w:r>
            <w:r>
              <w:rPr>
                <w:rFonts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B8B6D4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LD Gaming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4AB609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Nguyễn Dương</w:t>
            </w:r>
          </w:p>
        </w:tc>
        <w:tc>
          <w:tcPr>
            <w:tcW w:w="283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365AFF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02/10 Nguyễn Tuân, phường Rạch Giá, tỉnh An Giang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4DDFC6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28/8/2026</w:t>
            </w:r>
          </w:p>
        </w:tc>
        <w:tc>
          <w:tcPr>
            <w:tcW w:w="22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8E816C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28/8/2029</w:t>
            </w:r>
          </w:p>
        </w:tc>
        <w:tc>
          <w:tcPr>
            <w:tcW w:w="25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080BE9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sz w:val="24"/>
                <w:szCs w:val="24"/>
              </w:rPr>
              <w:t>Đang hoạt động</w:t>
            </w:r>
          </w:p>
        </w:tc>
      </w:tr>
      <w:tr w:rsidR="004A2F25" w:rsidRPr="00C962AE" w14:paraId="554BFCF6" w14:textId="77777777" w:rsidTr="00D02CC5">
        <w:trPr>
          <w:cantSplit/>
        </w:trPr>
        <w:tc>
          <w:tcPr>
            <w:tcW w:w="66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F81BA7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49A83E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Alpha Gaming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C80C71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Ngô Tấn Hưng</w:t>
            </w:r>
          </w:p>
        </w:tc>
        <w:tc>
          <w:tcPr>
            <w:tcW w:w="283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92348D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55 Quang Trung, phường Rạch Giá, tỉnh An Giang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F6D579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28/8/2026</w:t>
            </w:r>
          </w:p>
        </w:tc>
        <w:tc>
          <w:tcPr>
            <w:tcW w:w="22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684B0B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28/8/2029</w:t>
            </w:r>
          </w:p>
        </w:tc>
        <w:tc>
          <w:tcPr>
            <w:tcW w:w="25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138E6F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sz w:val="24"/>
                <w:szCs w:val="24"/>
              </w:rPr>
              <w:t>Đang hoạt động</w:t>
            </w:r>
          </w:p>
        </w:tc>
      </w:tr>
      <w:tr w:rsidR="004A2F25" w:rsidRPr="00C962AE" w14:paraId="0FCC70DD" w14:textId="77777777" w:rsidTr="00D02CC5">
        <w:trPr>
          <w:cantSplit/>
        </w:trPr>
        <w:tc>
          <w:tcPr>
            <w:tcW w:w="66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3439EA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9EA9F6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Gaming House</w:t>
            </w:r>
          </w:p>
        </w:tc>
        <w:tc>
          <w:tcPr>
            <w:tcW w:w="226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EB280B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Trương Ngọc Phúc</w:t>
            </w:r>
          </w:p>
        </w:tc>
        <w:tc>
          <w:tcPr>
            <w:tcW w:w="283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6C1A91" w14:textId="77777777" w:rsidR="004A2F25" w:rsidRPr="00A575D6" w:rsidRDefault="004A2F25" w:rsidP="00D02CC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C13-8, 9, 10 đường 3 Tháng 2, phường Rạch Giá, tỉnh An Giang</w:t>
            </w: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440E29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28/8/2026</w:t>
            </w:r>
          </w:p>
        </w:tc>
        <w:tc>
          <w:tcPr>
            <w:tcW w:w="22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DFFA6F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A575D6">
              <w:rPr>
                <w:rFonts w:cs="Times New Roman"/>
                <w:color w:val="000000"/>
                <w:sz w:val="24"/>
                <w:szCs w:val="24"/>
              </w:rPr>
              <w:t>28/8/2029</w:t>
            </w:r>
          </w:p>
        </w:tc>
        <w:tc>
          <w:tcPr>
            <w:tcW w:w="25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974F5C" w14:textId="77777777" w:rsidR="004A2F25" w:rsidRPr="00A575D6" w:rsidRDefault="004A2F25" w:rsidP="00D02CC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575D6">
              <w:rPr>
                <w:rFonts w:cs="Times New Roman"/>
                <w:sz w:val="24"/>
                <w:szCs w:val="24"/>
              </w:rPr>
              <w:t>Đang hoạt động</w:t>
            </w:r>
          </w:p>
        </w:tc>
      </w:tr>
    </w:tbl>
    <w:p w14:paraId="31128C1A" w14:textId="77777777" w:rsidR="004A2F25" w:rsidRPr="006A4037" w:rsidRDefault="004A2F25" w:rsidP="004A2F25">
      <w:pPr>
        <w:spacing w:after="40"/>
        <w:rPr>
          <w:sz w:val="20"/>
        </w:rPr>
      </w:pPr>
    </w:p>
    <w:p w14:paraId="3B2759C7" w14:textId="77777777" w:rsidR="000F05CB" w:rsidRDefault="000F05CB">
      <w:pPr>
        <w:sectPr w:rsidR="000F05CB" w:rsidSect="004A2F25">
          <w:pgSz w:w="16838" w:h="11906" w:orient="landscape"/>
          <w:pgMar w:top="1701" w:right="1134" w:bottom="1134" w:left="1134" w:header="567" w:footer="567" w:gutter="0"/>
          <w:cols w:space="720"/>
          <w:docGrid w:linePitch="360"/>
        </w:sectPr>
      </w:pPr>
    </w:p>
    <w:p w14:paraId="78A7C05C" w14:textId="6C493C3C" w:rsidR="000F05CB" w:rsidRPr="006A4037" w:rsidRDefault="000F05CB" w:rsidP="004A2F25">
      <w:pPr>
        <w:keepNext/>
        <w:spacing w:after="40" w:line="240" w:lineRule="auto"/>
        <w:jc w:val="center"/>
        <w:rPr>
          <w:sz w:val="20"/>
        </w:rPr>
      </w:pPr>
    </w:p>
    <w:sectPr w:rsidR="000F05CB" w:rsidRPr="006A4037" w:rsidSect="0027223C">
      <w:pgSz w:w="16838" w:h="11906" w:orient="landscape"/>
      <w:pgMar w:top="850" w:right="680" w:bottom="850" w:left="68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7336999">
    <w:abstractNumId w:val="8"/>
  </w:num>
  <w:num w:numId="2" w16cid:durableId="333841841">
    <w:abstractNumId w:val="6"/>
  </w:num>
  <w:num w:numId="3" w16cid:durableId="898368683">
    <w:abstractNumId w:val="5"/>
  </w:num>
  <w:num w:numId="4" w16cid:durableId="716900754">
    <w:abstractNumId w:val="4"/>
  </w:num>
  <w:num w:numId="5" w16cid:durableId="1508671407">
    <w:abstractNumId w:val="7"/>
  </w:num>
  <w:num w:numId="6" w16cid:durableId="16783363">
    <w:abstractNumId w:val="3"/>
  </w:num>
  <w:num w:numId="7" w16cid:durableId="1817792931">
    <w:abstractNumId w:val="2"/>
  </w:num>
  <w:num w:numId="8" w16cid:durableId="618220933">
    <w:abstractNumId w:val="1"/>
  </w:num>
  <w:num w:numId="9" w16cid:durableId="1168713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05CB"/>
    <w:rsid w:val="0015074B"/>
    <w:rsid w:val="0027223C"/>
    <w:rsid w:val="0029639D"/>
    <w:rsid w:val="00310DDD"/>
    <w:rsid w:val="00326F90"/>
    <w:rsid w:val="00350CEA"/>
    <w:rsid w:val="004A2F25"/>
    <w:rsid w:val="005E5699"/>
    <w:rsid w:val="006A4037"/>
    <w:rsid w:val="006D3C79"/>
    <w:rsid w:val="007465EF"/>
    <w:rsid w:val="00822620"/>
    <w:rsid w:val="008309A9"/>
    <w:rsid w:val="008D4097"/>
    <w:rsid w:val="009E10E6"/>
    <w:rsid w:val="00A575D6"/>
    <w:rsid w:val="00AA1D8D"/>
    <w:rsid w:val="00B47730"/>
    <w:rsid w:val="00C1321A"/>
    <w:rsid w:val="00C962AE"/>
    <w:rsid w:val="00CB0664"/>
    <w:rsid w:val="00CC1540"/>
    <w:rsid w:val="00D57742"/>
    <w:rsid w:val="00E21EA0"/>
    <w:rsid w:val="00F05904"/>
    <w:rsid w:val="00F64CE9"/>
    <w:rsid w:val="00FA44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2BFE5D"/>
  <w14:defaultImageDpi w14:val="300"/>
  <w15:docId w15:val="{C1260369-96C3-4FF0-BD31-51EB8B806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rsid w:val="00350CEA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9</cp:revision>
  <cp:lastPrinted>2026-09-03T09:44:00Z</cp:lastPrinted>
  <dcterms:created xsi:type="dcterms:W3CDTF">2013-12-23T23:15:00Z</dcterms:created>
  <dcterms:modified xsi:type="dcterms:W3CDTF">2026-09-04T07:35:00Z</dcterms:modified>
  <cp:category/>
</cp:coreProperties>
</file>